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75"/>
        <w:gridCol w:w="2877"/>
        <w:gridCol w:w="2878"/>
      </w:tblGrid>
      <w:tr w:rsidR="0012416D" w14:paraId="6724DBB2" w14:textId="77777777">
        <w:tc>
          <w:tcPr>
            <w:tcW w:w="8640" w:type="dxa"/>
            <w:gridSpan w:val="3"/>
            <w:shd w:val="clear" w:color="auto" w:fill="1E3B64"/>
          </w:tcPr>
          <w:p w14:paraId="1AE53B69" w14:textId="77777777" w:rsidR="0012416D" w:rsidRDefault="00000000">
            <w:pPr>
              <w:jc w:val="center"/>
            </w:pPr>
            <w:r>
              <w:rPr>
                <w:rFonts w:ascii="Arial" w:hAnsi="Arial"/>
                <w:color w:val="FFFFFF"/>
                <w:sz w:val="20"/>
              </w:rPr>
              <w:t>Organi di amministrazione e gestione con l'indicazione delle rispettive competenze</w:t>
            </w:r>
            <w:r>
              <w:rPr>
                <w:rFonts w:ascii="Arial" w:hAnsi="Arial"/>
                <w:color w:val="FFFFFF"/>
                <w:sz w:val="20"/>
              </w:rPr>
              <w:br/>
              <w:t>da replicare per ogni organo</w:t>
            </w:r>
          </w:p>
        </w:tc>
      </w:tr>
      <w:tr w:rsidR="0012416D" w14:paraId="33DF3831" w14:textId="77777777">
        <w:tc>
          <w:tcPr>
            <w:tcW w:w="2880" w:type="dxa"/>
          </w:tcPr>
          <w:p w14:paraId="0C0D307B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Denominazione</w:t>
            </w:r>
          </w:p>
        </w:tc>
        <w:tc>
          <w:tcPr>
            <w:tcW w:w="2880" w:type="dxa"/>
          </w:tcPr>
          <w:p w14:paraId="710998FA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Tipo di incarico/carica</w:t>
            </w:r>
          </w:p>
        </w:tc>
        <w:tc>
          <w:tcPr>
            <w:tcW w:w="2880" w:type="dxa"/>
          </w:tcPr>
          <w:p w14:paraId="183E94CD" w14:textId="60BBD3FC" w:rsidR="0012416D" w:rsidRDefault="0041217A">
            <w:r>
              <w:rPr>
                <w:rFonts w:ascii="Arial" w:hAnsi="Arial"/>
                <w:color w:val="000000"/>
                <w:sz w:val="20"/>
              </w:rPr>
              <w:t>COMMISSARIO STRAORDINARIO</w:t>
            </w:r>
          </w:p>
        </w:tc>
      </w:tr>
      <w:tr w:rsidR="0012416D" w14:paraId="5ED1C3AC" w14:textId="77777777">
        <w:tc>
          <w:tcPr>
            <w:tcW w:w="2880" w:type="dxa"/>
          </w:tcPr>
          <w:p w14:paraId="157B80BA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Competenze</w:t>
            </w:r>
          </w:p>
        </w:tc>
        <w:tc>
          <w:tcPr>
            <w:tcW w:w="2880" w:type="dxa"/>
          </w:tcPr>
          <w:p w14:paraId="3E0619A4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Descrizione competenze/attività</w:t>
            </w:r>
          </w:p>
        </w:tc>
        <w:tc>
          <w:tcPr>
            <w:tcW w:w="2880" w:type="dxa"/>
          </w:tcPr>
          <w:p w14:paraId="0B1279A7" w14:textId="17C8416C" w:rsidR="0012416D" w:rsidRDefault="0041217A">
            <w:r>
              <w:rPr>
                <w:rFonts w:ascii="Arial" w:hAnsi="Arial"/>
                <w:color w:val="000000"/>
                <w:sz w:val="20"/>
              </w:rPr>
              <w:t xml:space="preserve">Ha le </w:t>
            </w:r>
            <w:proofErr w:type="spellStart"/>
            <w:r>
              <w:rPr>
                <w:rFonts w:ascii="Arial" w:hAnsi="Arial"/>
                <w:color w:val="000000"/>
                <w:sz w:val="20"/>
              </w:rPr>
              <w:t>competenze</w:t>
            </w:r>
            <w:proofErr w:type="spellEnd"/>
            <w:r>
              <w:rPr>
                <w:rFonts w:ascii="Arial" w:hAnsi="Arial"/>
                <w:color w:val="000000"/>
                <w:sz w:val="20"/>
              </w:rPr>
              <w:t xml:space="preserve"> del </w:t>
            </w:r>
            <w:proofErr w:type="spellStart"/>
            <w:r>
              <w:rPr>
                <w:rFonts w:ascii="Arial" w:hAnsi="Arial"/>
                <w:color w:val="000000"/>
                <w:sz w:val="20"/>
              </w:rPr>
              <w:t>DIrettore</w:t>
            </w:r>
            <w:proofErr w:type="spellEnd"/>
            <w:r>
              <w:rPr>
                <w:rFonts w:ascii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20"/>
              </w:rPr>
              <w:t>che</w:t>
            </w:r>
            <w:proofErr w:type="spellEnd"/>
            <w:r>
              <w:rPr>
                <w:rFonts w:ascii="Arial" w:hAnsi="Arial"/>
                <w:color w:val="000000"/>
                <w:sz w:val="20"/>
              </w:rPr>
              <w:t xml:space="preserve">, ai sensi </w:t>
            </w:r>
            <w:proofErr w:type="spellStart"/>
            <w:r>
              <w:rPr>
                <w:rFonts w:ascii="Arial" w:hAnsi="Arial"/>
                <w:color w:val="000000"/>
                <w:sz w:val="20"/>
              </w:rPr>
              <w:t>dello</w:t>
            </w:r>
            <w:proofErr w:type="spellEnd"/>
            <w:r>
              <w:rPr>
                <w:rFonts w:ascii="Arial" w:hAnsi="Arial"/>
                <w:color w:val="000000"/>
                <w:sz w:val="20"/>
              </w:rPr>
              <w:t xml:space="preserve"> Statuto: </w:t>
            </w:r>
            <w:r>
              <w:rPr>
                <w:rFonts w:ascii="Arial" w:hAnsi="Arial"/>
                <w:color w:val="000000"/>
                <w:sz w:val="20"/>
              </w:rPr>
              <w:br/>
            </w:r>
            <w:r w:rsidRPr="0041217A">
              <w:t xml:space="preserve">a) ha la </w:t>
            </w:r>
            <w:proofErr w:type="spellStart"/>
            <w:r w:rsidRPr="0041217A">
              <w:t>rappresentanza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legale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dell’Agenzia</w:t>
            </w:r>
            <w:proofErr w:type="spellEnd"/>
            <w:r w:rsidRPr="0041217A">
              <w:t xml:space="preserve"> e </w:t>
            </w:r>
            <w:proofErr w:type="spellStart"/>
            <w:r w:rsidRPr="0041217A">
              <w:t>sovrintende</w:t>
            </w:r>
            <w:proofErr w:type="spellEnd"/>
            <w:r w:rsidRPr="0041217A">
              <w:t xml:space="preserve"> all’ </w:t>
            </w:r>
            <w:proofErr w:type="spellStart"/>
            <w:r w:rsidRPr="0041217A">
              <w:t>attività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Amministrativa</w:t>
            </w:r>
            <w:proofErr w:type="spellEnd"/>
            <w:r w:rsidRPr="0041217A">
              <w:t xml:space="preserve">; b) </w:t>
            </w:r>
            <w:proofErr w:type="spellStart"/>
            <w:r w:rsidRPr="0041217A">
              <w:t>adotta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gli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atti</w:t>
            </w:r>
            <w:proofErr w:type="spellEnd"/>
            <w:r w:rsidRPr="0041217A">
              <w:t xml:space="preserve"> di </w:t>
            </w:r>
            <w:proofErr w:type="spellStart"/>
            <w:r w:rsidRPr="0041217A">
              <w:t>recepimento</w:t>
            </w:r>
            <w:proofErr w:type="spellEnd"/>
            <w:r w:rsidRPr="0041217A">
              <w:t xml:space="preserve"> degli </w:t>
            </w:r>
            <w:proofErr w:type="spellStart"/>
            <w:r w:rsidRPr="0041217A">
              <w:t>indirizzi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comunitari</w:t>
            </w:r>
            <w:proofErr w:type="spellEnd"/>
            <w:r w:rsidRPr="0041217A">
              <w:t xml:space="preserve">, </w:t>
            </w:r>
            <w:proofErr w:type="spellStart"/>
            <w:r w:rsidRPr="0041217A">
              <w:t>nazionali</w:t>
            </w:r>
            <w:proofErr w:type="spellEnd"/>
            <w:r w:rsidRPr="0041217A">
              <w:t xml:space="preserve"> e </w:t>
            </w:r>
            <w:proofErr w:type="spellStart"/>
            <w:r w:rsidRPr="0041217A">
              <w:t>regionali</w:t>
            </w:r>
            <w:proofErr w:type="spellEnd"/>
            <w:r w:rsidRPr="0041217A">
              <w:t xml:space="preserve">. </w:t>
            </w:r>
            <w:proofErr w:type="spellStart"/>
            <w:r w:rsidRPr="0041217A">
              <w:t>Approva</w:t>
            </w:r>
            <w:proofErr w:type="spellEnd"/>
            <w:r w:rsidRPr="0041217A">
              <w:t xml:space="preserve"> ed </w:t>
            </w:r>
            <w:proofErr w:type="spellStart"/>
            <w:r w:rsidRPr="0041217A">
              <w:t>adotta</w:t>
            </w:r>
            <w:proofErr w:type="spellEnd"/>
            <w:r w:rsidRPr="0041217A">
              <w:t xml:space="preserve"> in forma di </w:t>
            </w:r>
            <w:proofErr w:type="spellStart"/>
            <w:r w:rsidRPr="0041217A">
              <w:t>decreto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gli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atti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necessari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all’azione</w:t>
            </w:r>
            <w:proofErr w:type="spellEnd"/>
            <w:r w:rsidRPr="0041217A">
              <w:t xml:space="preserve"> e alla </w:t>
            </w:r>
            <w:proofErr w:type="spellStart"/>
            <w:r w:rsidRPr="0041217A">
              <w:t>gestione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amministrativa</w:t>
            </w:r>
            <w:proofErr w:type="spellEnd"/>
            <w:r w:rsidRPr="0041217A">
              <w:t xml:space="preserve">; c) </w:t>
            </w:r>
            <w:proofErr w:type="spellStart"/>
            <w:r w:rsidRPr="0041217A">
              <w:t>definisce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gli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obiettivi</w:t>
            </w:r>
            <w:proofErr w:type="spellEnd"/>
            <w:r w:rsidRPr="0041217A">
              <w:t xml:space="preserve"> e ne </w:t>
            </w:r>
            <w:proofErr w:type="spellStart"/>
            <w:r w:rsidRPr="0041217A">
              <w:t>verifica</w:t>
            </w:r>
            <w:proofErr w:type="spellEnd"/>
            <w:r w:rsidRPr="0041217A">
              <w:t xml:space="preserve"> il </w:t>
            </w:r>
            <w:proofErr w:type="spellStart"/>
            <w:r w:rsidRPr="0041217A">
              <w:t>conseguimento</w:t>
            </w:r>
            <w:proofErr w:type="spellEnd"/>
            <w:r w:rsidRPr="0041217A">
              <w:t xml:space="preserve">; d) </w:t>
            </w:r>
            <w:proofErr w:type="spellStart"/>
            <w:r w:rsidRPr="0041217A">
              <w:t>approva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regolamenti</w:t>
            </w:r>
            <w:proofErr w:type="spellEnd"/>
            <w:r w:rsidRPr="0041217A">
              <w:t xml:space="preserve">, </w:t>
            </w:r>
            <w:proofErr w:type="spellStart"/>
            <w:r w:rsidRPr="0041217A">
              <w:t>piani</w:t>
            </w:r>
            <w:proofErr w:type="spellEnd"/>
            <w:r w:rsidRPr="0041217A">
              <w:t xml:space="preserve"> e </w:t>
            </w:r>
            <w:proofErr w:type="spellStart"/>
            <w:r w:rsidRPr="0041217A">
              <w:t>programmi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predisposti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dai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Dirigenti</w:t>
            </w:r>
            <w:proofErr w:type="spellEnd"/>
            <w:r w:rsidRPr="0041217A">
              <w:t xml:space="preserve">; e) </w:t>
            </w:r>
            <w:proofErr w:type="spellStart"/>
            <w:r w:rsidRPr="0041217A">
              <w:t>approva</w:t>
            </w:r>
            <w:proofErr w:type="spellEnd"/>
            <w:r w:rsidRPr="0041217A">
              <w:t xml:space="preserve"> per le </w:t>
            </w:r>
            <w:proofErr w:type="spellStart"/>
            <w:r w:rsidRPr="0041217A">
              <w:t>entrate</w:t>
            </w:r>
            <w:proofErr w:type="spellEnd"/>
            <w:r w:rsidRPr="0041217A">
              <w:t xml:space="preserve"> e le </w:t>
            </w:r>
            <w:proofErr w:type="spellStart"/>
            <w:r w:rsidRPr="0041217A">
              <w:t>spese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afferenti</w:t>
            </w:r>
            <w:proofErr w:type="spellEnd"/>
            <w:r w:rsidRPr="0041217A">
              <w:t xml:space="preserve"> il </w:t>
            </w:r>
            <w:proofErr w:type="spellStart"/>
            <w:r w:rsidRPr="0041217A">
              <w:t>funzionamento</w:t>
            </w:r>
            <w:proofErr w:type="spellEnd"/>
            <w:r w:rsidRPr="0041217A">
              <w:t xml:space="preserve">, il </w:t>
            </w:r>
            <w:proofErr w:type="spellStart"/>
            <w:r w:rsidRPr="0041217A">
              <w:t>bilancio</w:t>
            </w:r>
            <w:proofErr w:type="spellEnd"/>
            <w:r w:rsidRPr="0041217A">
              <w:t xml:space="preserve"> di </w:t>
            </w:r>
            <w:proofErr w:type="spellStart"/>
            <w:r w:rsidRPr="0041217A">
              <w:t>previsione</w:t>
            </w:r>
            <w:proofErr w:type="spellEnd"/>
            <w:r w:rsidRPr="0041217A">
              <w:t xml:space="preserve"> ,le relative </w:t>
            </w:r>
            <w:proofErr w:type="spellStart"/>
            <w:r w:rsidRPr="0041217A">
              <w:t>variazioni</w:t>
            </w:r>
            <w:proofErr w:type="spellEnd"/>
            <w:r w:rsidRPr="0041217A">
              <w:t xml:space="preserve">, il </w:t>
            </w:r>
            <w:proofErr w:type="spellStart"/>
            <w:r w:rsidRPr="0041217A">
              <w:t>bilancio</w:t>
            </w:r>
            <w:proofErr w:type="spellEnd"/>
            <w:r w:rsidRPr="0041217A">
              <w:t xml:space="preserve"> di </w:t>
            </w:r>
            <w:proofErr w:type="spellStart"/>
            <w:r w:rsidRPr="0041217A">
              <w:t>esercizio</w:t>
            </w:r>
            <w:proofErr w:type="spellEnd"/>
            <w:r w:rsidRPr="0041217A">
              <w:t xml:space="preserve"> ed il </w:t>
            </w:r>
            <w:proofErr w:type="spellStart"/>
            <w:r w:rsidRPr="0041217A">
              <w:t>conto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consultivo</w:t>
            </w:r>
            <w:proofErr w:type="spellEnd"/>
            <w:r w:rsidRPr="0041217A">
              <w:t xml:space="preserve">; f) propone alla Giunta Regionale le </w:t>
            </w:r>
            <w:proofErr w:type="spellStart"/>
            <w:r w:rsidRPr="0041217A">
              <w:t>variazioni</w:t>
            </w:r>
            <w:proofErr w:type="spellEnd"/>
            <w:r w:rsidRPr="0041217A">
              <w:t xml:space="preserve"> della </w:t>
            </w:r>
            <w:proofErr w:type="spellStart"/>
            <w:r w:rsidRPr="0041217A">
              <w:t>pianta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organica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che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comportino</w:t>
            </w:r>
            <w:proofErr w:type="spellEnd"/>
            <w:r w:rsidRPr="0041217A">
              <w:t xml:space="preserve"> un </w:t>
            </w:r>
            <w:proofErr w:type="spellStart"/>
            <w:r w:rsidRPr="0041217A">
              <w:t>aumento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dello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stanziamento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complessivo</w:t>
            </w:r>
            <w:proofErr w:type="spellEnd"/>
            <w:r w:rsidRPr="0041217A">
              <w:t xml:space="preserve"> a </w:t>
            </w:r>
            <w:proofErr w:type="spellStart"/>
            <w:r w:rsidRPr="0041217A">
              <w:t>carico</w:t>
            </w:r>
            <w:proofErr w:type="spellEnd"/>
            <w:r w:rsidRPr="0041217A">
              <w:t xml:space="preserve"> del </w:t>
            </w:r>
            <w:proofErr w:type="spellStart"/>
            <w:r w:rsidRPr="0041217A">
              <w:t>bilancio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regionale</w:t>
            </w:r>
            <w:proofErr w:type="spellEnd"/>
            <w:r w:rsidRPr="0041217A">
              <w:t xml:space="preserve">; g) </w:t>
            </w:r>
            <w:proofErr w:type="spellStart"/>
            <w:r w:rsidRPr="0041217A">
              <w:t>stipula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atti</w:t>
            </w:r>
            <w:proofErr w:type="spellEnd"/>
            <w:r w:rsidRPr="0041217A">
              <w:t xml:space="preserve">, </w:t>
            </w:r>
            <w:proofErr w:type="spellStart"/>
            <w:r w:rsidRPr="0041217A">
              <w:t>contratti</w:t>
            </w:r>
            <w:proofErr w:type="spellEnd"/>
            <w:r w:rsidRPr="0041217A">
              <w:t xml:space="preserve"> e </w:t>
            </w:r>
            <w:proofErr w:type="spellStart"/>
            <w:r w:rsidRPr="0041217A">
              <w:t>convenzioni</w:t>
            </w:r>
            <w:proofErr w:type="spellEnd"/>
            <w:r w:rsidRPr="0041217A">
              <w:t xml:space="preserve">; h) </w:t>
            </w:r>
            <w:proofErr w:type="spellStart"/>
            <w:r w:rsidRPr="0041217A">
              <w:t>gradua</w:t>
            </w:r>
            <w:proofErr w:type="spellEnd"/>
            <w:r w:rsidRPr="0041217A">
              <w:t xml:space="preserve"> le </w:t>
            </w:r>
            <w:proofErr w:type="spellStart"/>
            <w:r w:rsidRPr="0041217A">
              <w:t>funzioni</w:t>
            </w:r>
            <w:proofErr w:type="spellEnd"/>
            <w:r w:rsidRPr="0041217A">
              <w:t xml:space="preserve">, </w:t>
            </w:r>
            <w:proofErr w:type="spellStart"/>
            <w:r w:rsidRPr="0041217A">
              <w:t>attribuisce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gli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incarichi</w:t>
            </w:r>
            <w:proofErr w:type="spellEnd"/>
            <w:r w:rsidRPr="0041217A">
              <w:t xml:space="preserve"> ai </w:t>
            </w:r>
            <w:proofErr w:type="spellStart"/>
            <w:r w:rsidRPr="0041217A">
              <w:t>Dirigenti</w:t>
            </w:r>
            <w:proofErr w:type="spellEnd"/>
            <w:r w:rsidRPr="0041217A">
              <w:t xml:space="preserve"> ed al </w:t>
            </w:r>
            <w:proofErr w:type="spellStart"/>
            <w:r w:rsidRPr="0041217A">
              <w:t>personale</w:t>
            </w:r>
            <w:proofErr w:type="spellEnd"/>
            <w:r w:rsidRPr="0041217A">
              <w:t xml:space="preserve"> e ne </w:t>
            </w:r>
            <w:proofErr w:type="spellStart"/>
            <w:r w:rsidRPr="0041217A">
              <w:t>definisce</w:t>
            </w:r>
            <w:proofErr w:type="spellEnd"/>
            <w:r w:rsidRPr="0041217A">
              <w:t xml:space="preserve"> le </w:t>
            </w:r>
            <w:proofErr w:type="spellStart"/>
            <w:r w:rsidRPr="0041217A">
              <w:t>indennità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nel</w:t>
            </w:r>
            <w:proofErr w:type="spellEnd"/>
            <w:r w:rsidRPr="0041217A">
              <w:t xml:space="preserve"> rispetto delle </w:t>
            </w:r>
            <w:proofErr w:type="spellStart"/>
            <w:r w:rsidRPr="0041217A">
              <w:t>norme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contenute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nei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rispettivi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contratti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collettivi</w:t>
            </w:r>
            <w:proofErr w:type="spellEnd"/>
            <w:r w:rsidRPr="0041217A">
              <w:t xml:space="preserve"> di </w:t>
            </w:r>
            <w:proofErr w:type="spellStart"/>
            <w:r w:rsidRPr="0041217A">
              <w:t>lavoro</w:t>
            </w:r>
            <w:proofErr w:type="spellEnd"/>
            <w:r w:rsidRPr="0041217A">
              <w:t xml:space="preserve">. </w:t>
            </w:r>
            <w:proofErr w:type="spellStart"/>
            <w:r w:rsidRPr="0041217A">
              <w:t>Adotta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provvedimenti</w:t>
            </w:r>
            <w:proofErr w:type="spellEnd"/>
            <w:r w:rsidRPr="0041217A">
              <w:t xml:space="preserve"> di </w:t>
            </w:r>
            <w:proofErr w:type="spellStart"/>
            <w:r w:rsidRPr="0041217A">
              <w:t>mobilità</w:t>
            </w:r>
            <w:proofErr w:type="spellEnd"/>
            <w:r w:rsidRPr="0041217A">
              <w:t xml:space="preserve"> interna </w:t>
            </w:r>
            <w:proofErr w:type="spellStart"/>
            <w:r w:rsidRPr="0041217A">
              <w:t>dei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Dirigenti</w:t>
            </w:r>
            <w:proofErr w:type="spellEnd"/>
            <w:r w:rsidRPr="0041217A">
              <w:t xml:space="preserve"> e del </w:t>
            </w:r>
            <w:proofErr w:type="spellStart"/>
            <w:r w:rsidRPr="0041217A">
              <w:t>personale</w:t>
            </w:r>
            <w:proofErr w:type="spellEnd"/>
            <w:r w:rsidRPr="0041217A">
              <w:t xml:space="preserve">; </w:t>
            </w:r>
            <w:proofErr w:type="spellStart"/>
            <w:r w:rsidRPr="0041217A">
              <w:t>i</w:t>
            </w:r>
            <w:proofErr w:type="spellEnd"/>
            <w:r w:rsidRPr="0041217A">
              <w:t xml:space="preserve">) </w:t>
            </w:r>
            <w:proofErr w:type="spellStart"/>
            <w:r w:rsidRPr="0041217A">
              <w:t>definisce</w:t>
            </w:r>
            <w:proofErr w:type="spellEnd"/>
            <w:r w:rsidRPr="0041217A">
              <w:t xml:space="preserve"> la </w:t>
            </w:r>
            <w:proofErr w:type="spellStart"/>
            <w:r w:rsidRPr="0041217A">
              <w:t>struttura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organizzativa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dell’Agenzia</w:t>
            </w:r>
            <w:proofErr w:type="spellEnd"/>
            <w:r w:rsidRPr="0041217A">
              <w:t xml:space="preserve"> ed </w:t>
            </w:r>
            <w:proofErr w:type="spellStart"/>
            <w:r w:rsidRPr="0041217A">
              <w:t>adotta</w:t>
            </w:r>
            <w:proofErr w:type="spellEnd"/>
            <w:r w:rsidRPr="0041217A">
              <w:t xml:space="preserve"> le </w:t>
            </w:r>
            <w:proofErr w:type="spellStart"/>
            <w:r w:rsidRPr="0041217A">
              <w:t>innovazioni</w:t>
            </w:r>
            <w:proofErr w:type="spellEnd"/>
            <w:r w:rsidRPr="0041217A">
              <w:t xml:space="preserve"> </w:t>
            </w:r>
            <w:proofErr w:type="spellStart"/>
            <w:r w:rsidRPr="0041217A">
              <w:lastRenderedPageBreak/>
              <w:t>utili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all’ottimizzazione</w:t>
            </w:r>
            <w:proofErr w:type="spellEnd"/>
            <w:r w:rsidRPr="0041217A">
              <w:t xml:space="preserve"> della </w:t>
            </w:r>
            <w:proofErr w:type="spellStart"/>
            <w:r w:rsidRPr="0041217A">
              <w:t>struttura</w:t>
            </w:r>
            <w:proofErr w:type="spellEnd"/>
            <w:r w:rsidRPr="0041217A">
              <w:t xml:space="preserve"> ed al </w:t>
            </w:r>
            <w:proofErr w:type="spellStart"/>
            <w:r w:rsidRPr="0041217A">
              <w:t>suo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funzionamento</w:t>
            </w:r>
            <w:proofErr w:type="spellEnd"/>
            <w:r w:rsidRPr="0041217A">
              <w:t xml:space="preserve">, per il </w:t>
            </w:r>
            <w:proofErr w:type="spellStart"/>
            <w:r w:rsidRPr="0041217A">
              <w:t>migliore</w:t>
            </w:r>
            <w:proofErr w:type="spellEnd"/>
            <w:r w:rsidRPr="0041217A">
              <w:t xml:space="preserve"> </w:t>
            </w:r>
            <w:proofErr w:type="spellStart"/>
            <w:r w:rsidRPr="0041217A">
              <w:t>conseguimento</w:t>
            </w:r>
            <w:proofErr w:type="spellEnd"/>
            <w:r w:rsidRPr="0041217A">
              <w:t xml:space="preserve"> degli </w:t>
            </w:r>
            <w:proofErr w:type="spellStart"/>
            <w:r w:rsidRPr="0041217A">
              <w:t>obiettivi</w:t>
            </w:r>
            <w:proofErr w:type="spellEnd"/>
            <w:r w:rsidRPr="0041217A">
              <w:t>;</w:t>
            </w:r>
          </w:p>
        </w:tc>
      </w:tr>
      <w:tr w:rsidR="0012416D" w14:paraId="03BDB7F8" w14:textId="77777777">
        <w:tc>
          <w:tcPr>
            <w:tcW w:w="8640" w:type="dxa"/>
            <w:gridSpan w:val="3"/>
            <w:shd w:val="clear" w:color="auto" w:fill="8B6914"/>
          </w:tcPr>
          <w:p w14:paraId="304C8CAE" w14:textId="77777777" w:rsidR="0012416D" w:rsidRDefault="00000000">
            <w:pPr>
              <w:jc w:val="center"/>
            </w:pPr>
            <w:r>
              <w:rPr>
                <w:rFonts w:ascii="Arial" w:hAnsi="Arial"/>
                <w:color w:val="FFFFFF"/>
                <w:sz w:val="20"/>
              </w:rPr>
              <w:lastRenderedPageBreak/>
              <w:t>Articolazione degli uffici (ove il titolare dell’incarico/carica sia a capo di un ufficio)*</w:t>
            </w:r>
            <w:r>
              <w:rPr>
                <w:rFonts w:ascii="Arial" w:hAnsi="Arial"/>
                <w:color w:val="FFFFFF"/>
                <w:sz w:val="20"/>
              </w:rPr>
              <w:br/>
              <w:t>da replicare per ogni ufficio dell’organo</w:t>
            </w:r>
          </w:p>
        </w:tc>
      </w:tr>
      <w:tr w:rsidR="0012416D" w14:paraId="0309DD2F" w14:textId="77777777">
        <w:tc>
          <w:tcPr>
            <w:tcW w:w="2880" w:type="dxa"/>
          </w:tcPr>
          <w:p w14:paraId="204766E2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Denominazione Ufficio livello dirigenziale</w:t>
            </w:r>
          </w:p>
        </w:tc>
        <w:tc>
          <w:tcPr>
            <w:tcW w:w="2880" w:type="dxa"/>
          </w:tcPr>
          <w:p w14:paraId="6E42B202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Denominazione Ufficio</w:t>
            </w:r>
          </w:p>
        </w:tc>
        <w:tc>
          <w:tcPr>
            <w:tcW w:w="2880" w:type="dxa"/>
          </w:tcPr>
          <w:p w14:paraId="0FB3E2A0" w14:textId="79F7739E" w:rsidR="0012416D" w:rsidRDefault="0041217A">
            <w:r>
              <w:rPr>
                <w:rFonts w:ascii="Arial" w:hAnsi="Arial"/>
                <w:color w:val="000000"/>
                <w:sz w:val="20"/>
              </w:rPr>
              <w:t>DIREZIONE</w:t>
            </w:r>
          </w:p>
        </w:tc>
      </w:tr>
      <w:tr w:rsidR="0012416D" w14:paraId="3343FC11" w14:textId="77777777">
        <w:tc>
          <w:tcPr>
            <w:tcW w:w="2880" w:type="dxa"/>
          </w:tcPr>
          <w:p w14:paraId="2C770B5F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Denominazione Ufficio non di livello dirigenziale</w:t>
            </w:r>
          </w:p>
        </w:tc>
        <w:tc>
          <w:tcPr>
            <w:tcW w:w="2880" w:type="dxa"/>
          </w:tcPr>
          <w:p w14:paraId="6DFC174C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Denominazione Ufficio</w:t>
            </w:r>
          </w:p>
        </w:tc>
        <w:tc>
          <w:tcPr>
            <w:tcW w:w="2880" w:type="dxa"/>
          </w:tcPr>
          <w:p w14:paraId="7B16C301" w14:textId="4C33EA52" w:rsidR="0012416D" w:rsidRDefault="0041217A">
            <w:r>
              <w:rPr>
                <w:rFonts w:ascii="Arial" w:hAnsi="Arial"/>
                <w:color w:val="000000"/>
                <w:sz w:val="20"/>
              </w:rPr>
              <w:t>NA</w:t>
            </w:r>
          </w:p>
        </w:tc>
      </w:tr>
      <w:tr w:rsidR="0012416D" w14:paraId="673725E6" w14:textId="77777777">
        <w:tc>
          <w:tcPr>
            <w:tcW w:w="2880" w:type="dxa"/>
          </w:tcPr>
          <w:p w14:paraId="5229F802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Competenze</w:t>
            </w:r>
          </w:p>
        </w:tc>
        <w:tc>
          <w:tcPr>
            <w:tcW w:w="2880" w:type="dxa"/>
          </w:tcPr>
          <w:p w14:paraId="2F1C4AC8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Descrizione competenze singolo ufficio</w:t>
            </w:r>
          </w:p>
        </w:tc>
        <w:tc>
          <w:tcPr>
            <w:tcW w:w="2880" w:type="dxa"/>
          </w:tcPr>
          <w:p w14:paraId="6B6D9D44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Testo</w:t>
            </w:r>
          </w:p>
        </w:tc>
      </w:tr>
      <w:tr w:rsidR="0012416D" w14:paraId="23F64D96" w14:textId="77777777">
        <w:tc>
          <w:tcPr>
            <w:tcW w:w="2880" w:type="dxa"/>
          </w:tcPr>
          <w:p w14:paraId="49B5CD7C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Nominativo</w:t>
            </w:r>
          </w:p>
        </w:tc>
        <w:tc>
          <w:tcPr>
            <w:tcW w:w="2880" w:type="dxa"/>
          </w:tcPr>
          <w:p w14:paraId="5E98DB39" w14:textId="77777777" w:rsidR="0012416D" w:rsidRDefault="00000000">
            <w:r>
              <w:rPr>
                <w:rFonts w:ascii="Arial" w:hAnsi="Arial"/>
                <w:color w:val="000000"/>
                <w:sz w:val="20"/>
              </w:rPr>
              <w:t>Nome e cognome del dirigente responsabile dell’ufficio/altro</w:t>
            </w:r>
          </w:p>
        </w:tc>
        <w:tc>
          <w:tcPr>
            <w:tcW w:w="2880" w:type="dxa"/>
          </w:tcPr>
          <w:p w14:paraId="291EF6FF" w14:textId="03BC0FCE" w:rsidR="0012416D" w:rsidRDefault="0041217A">
            <w:r>
              <w:rPr>
                <w:rFonts w:ascii="Arial" w:hAnsi="Arial"/>
                <w:color w:val="000000"/>
                <w:sz w:val="20"/>
              </w:rPr>
              <w:t>GIUSEPPE ARCIDIACONO</w:t>
            </w:r>
          </w:p>
        </w:tc>
      </w:tr>
      <w:tr w:rsidR="0041217A" w14:paraId="4166434F" w14:textId="77777777">
        <w:tc>
          <w:tcPr>
            <w:tcW w:w="2880" w:type="dxa"/>
          </w:tcPr>
          <w:p w14:paraId="3B0B28C4" w14:textId="77777777" w:rsidR="0041217A" w:rsidRDefault="0041217A" w:rsidP="0041217A">
            <w:proofErr w:type="spellStart"/>
            <w:r>
              <w:rPr>
                <w:rFonts w:ascii="Arial" w:hAnsi="Arial"/>
                <w:color w:val="000000"/>
                <w:sz w:val="20"/>
              </w:rPr>
              <w:t>Qualifica</w:t>
            </w:r>
            <w:proofErr w:type="spellEnd"/>
          </w:p>
        </w:tc>
        <w:tc>
          <w:tcPr>
            <w:tcW w:w="2880" w:type="dxa"/>
          </w:tcPr>
          <w:p w14:paraId="3627C6AA" w14:textId="77777777" w:rsidR="0041217A" w:rsidRDefault="0041217A" w:rsidP="0041217A">
            <w:r>
              <w:rPr>
                <w:rFonts w:ascii="Arial" w:hAnsi="Arial"/>
                <w:color w:val="000000"/>
                <w:sz w:val="20"/>
              </w:rPr>
              <w:t>Qualifica rivestita dal dirigente responsabile</w:t>
            </w:r>
          </w:p>
        </w:tc>
        <w:tc>
          <w:tcPr>
            <w:tcW w:w="2880" w:type="dxa"/>
          </w:tcPr>
          <w:p w14:paraId="2EFD2AF8" w14:textId="6B2E075C" w:rsidR="0041217A" w:rsidRDefault="0041217A" w:rsidP="0041217A">
            <w:r>
              <w:rPr>
                <w:rFonts w:ascii="Arial" w:hAnsi="Arial"/>
                <w:color w:val="000000"/>
                <w:sz w:val="20"/>
              </w:rPr>
              <w:t>COMMISSARIO STRAORDINARIO</w:t>
            </w:r>
          </w:p>
        </w:tc>
      </w:tr>
      <w:tr w:rsidR="0041217A" w14:paraId="75736E5A" w14:textId="77777777">
        <w:tc>
          <w:tcPr>
            <w:tcW w:w="8640" w:type="dxa"/>
            <w:gridSpan w:val="3"/>
            <w:shd w:val="clear" w:color="auto" w:fill="595959"/>
          </w:tcPr>
          <w:p w14:paraId="0B311807" w14:textId="77777777" w:rsidR="0041217A" w:rsidRDefault="0041217A" w:rsidP="0041217A">
            <w:pPr>
              <w:jc w:val="center"/>
            </w:pPr>
            <w:r>
              <w:rPr>
                <w:rFonts w:ascii="Arial" w:hAnsi="Arial"/>
                <w:color w:val="FFFFFF"/>
                <w:sz w:val="20"/>
              </w:rPr>
              <w:t>Riferimenti/Contatti**</w:t>
            </w:r>
          </w:p>
        </w:tc>
      </w:tr>
      <w:tr w:rsidR="0041217A" w14:paraId="0B3D3113" w14:textId="77777777">
        <w:tc>
          <w:tcPr>
            <w:tcW w:w="2880" w:type="dxa"/>
          </w:tcPr>
          <w:p w14:paraId="685D5A2B" w14:textId="77777777" w:rsidR="0041217A" w:rsidRDefault="0041217A" w:rsidP="0041217A">
            <w:r>
              <w:rPr>
                <w:rFonts w:ascii="Arial" w:hAnsi="Arial"/>
                <w:color w:val="000000"/>
                <w:sz w:val="20"/>
              </w:rPr>
              <w:t>Recapito telefonico</w:t>
            </w:r>
          </w:p>
        </w:tc>
        <w:tc>
          <w:tcPr>
            <w:tcW w:w="2880" w:type="dxa"/>
          </w:tcPr>
          <w:p w14:paraId="60591DFA" w14:textId="77777777" w:rsidR="0041217A" w:rsidRDefault="0041217A" w:rsidP="0041217A">
            <w:pPr>
              <w:jc w:val="center"/>
            </w:pPr>
            <w:r>
              <w:rPr>
                <w:rFonts w:ascii="Arial" w:hAnsi="Arial"/>
                <w:color w:val="000000"/>
                <w:sz w:val="20"/>
              </w:rPr>
              <w:t>Numero telefonico istituzionale</w:t>
            </w:r>
          </w:p>
        </w:tc>
        <w:tc>
          <w:tcPr>
            <w:tcW w:w="2880" w:type="dxa"/>
          </w:tcPr>
          <w:p w14:paraId="55DFF169" w14:textId="50FE7DA0" w:rsidR="0041217A" w:rsidRDefault="0041217A" w:rsidP="0041217A">
            <w:r>
              <w:rPr>
                <w:rFonts w:ascii="Arial" w:hAnsi="Arial"/>
                <w:color w:val="000000"/>
                <w:sz w:val="20"/>
              </w:rPr>
              <w:t>0961750558</w:t>
            </w:r>
          </w:p>
        </w:tc>
      </w:tr>
      <w:tr w:rsidR="0041217A" w14:paraId="41EF6BCE" w14:textId="77777777">
        <w:tc>
          <w:tcPr>
            <w:tcW w:w="2880" w:type="dxa"/>
          </w:tcPr>
          <w:p w14:paraId="459056E8" w14:textId="77777777" w:rsidR="0041217A" w:rsidRDefault="0041217A" w:rsidP="0041217A">
            <w:r>
              <w:rPr>
                <w:rFonts w:ascii="Arial" w:hAnsi="Arial"/>
                <w:color w:val="000000"/>
                <w:sz w:val="20"/>
              </w:rPr>
              <w:t>Casella di posta elettronica ordinaria</w:t>
            </w:r>
          </w:p>
        </w:tc>
        <w:tc>
          <w:tcPr>
            <w:tcW w:w="2880" w:type="dxa"/>
          </w:tcPr>
          <w:p w14:paraId="4D62D42D" w14:textId="77777777" w:rsidR="0041217A" w:rsidRDefault="0041217A" w:rsidP="0041217A">
            <w:pPr>
              <w:jc w:val="center"/>
            </w:pPr>
            <w:r>
              <w:rPr>
                <w:rFonts w:ascii="Arial" w:hAnsi="Arial"/>
                <w:color w:val="000000"/>
                <w:sz w:val="20"/>
              </w:rPr>
              <w:t>PEO istituzionale</w:t>
            </w:r>
          </w:p>
        </w:tc>
        <w:tc>
          <w:tcPr>
            <w:tcW w:w="2880" w:type="dxa"/>
          </w:tcPr>
          <w:p w14:paraId="6372B0A4" w14:textId="4E659808" w:rsidR="0041217A" w:rsidRDefault="0041217A" w:rsidP="0041217A">
            <w:hyperlink r:id="rId6" w:history="1">
              <w:r w:rsidRPr="00106862">
                <w:rPr>
                  <w:rStyle w:val="Collegamentoipertestuale"/>
                  <w:rFonts w:ascii="Arial" w:hAnsi="Arial"/>
                  <w:sz w:val="20"/>
                </w:rPr>
                <w:t>direttore@arcea.it</w:t>
              </w:r>
            </w:hyperlink>
            <w:r>
              <w:rPr>
                <w:rFonts w:ascii="Arial" w:hAnsi="Arial"/>
                <w:color w:val="000000"/>
                <w:sz w:val="20"/>
              </w:rPr>
              <w:t xml:space="preserve"> </w:t>
            </w:r>
          </w:p>
        </w:tc>
      </w:tr>
      <w:tr w:rsidR="0041217A" w14:paraId="26D726E7" w14:textId="77777777">
        <w:tc>
          <w:tcPr>
            <w:tcW w:w="2880" w:type="dxa"/>
          </w:tcPr>
          <w:p w14:paraId="19078AB7" w14:textId="77777777" w:rsidR="0041217A" w:rsidRDefault="0041217A" w:rsidP="0041217A">
            <w:r>
              <w:rPr>
                <w:rFonts w:ascii="Arial" w:hAnsi="Arial"/>
                <w:color w:val="000000"/>
                <w:sz w:val="20"/>
              </w:rPr>
              <w:t>Casella di posta elettronica certificata</w:t>
            </w:r>
          </w:p>
        </w:tc>
        <w:tc>
          <w:tcPr>
            <w:tcW w:w="2880" w:type="dxa"/>
          </w:tcPr>
          <w:p w14:paraId="51614FE4" w14:textId="77777777" w:rsidR="0041217A" w:rsidRDefault="0041217A" w:rsidP="0041217A">
            <w:pPr>
              <w:jc w:val="center"/>
            </w:pPr>
            <w:r>
              <w:rPr>
                <w:rFonts w:ascii="Arial" w:hAnsi="Arial"/>
                <w:color w:val="000000"/>
                <w:sz w:val="20"/>
              </w:rPr>
              <w:t>PEC istituzionale</w:t>
            </w:r>
          </w:p>
        </w:tc>
        <w:tc>
          <w:tcPr>
            <w:tcW w:w="2880" w:type="dxa"/>
          </w:tcPr>
          <w:p w14:paraId="1D42CDA0" w14:textId="0AB685D7" w:rsidR="0041217A" w:rsidRDefault="0041217A" w:rsidP="0041217A">
            <w:hyperlink r:id="rId7" w:history="1">
              <w:r w:rsidRPr="00106862">
                <w:rPr>
                  <w:rStyle w:val="Collegamentoipertestuale"/>
                  <w:rFonts w:ascii="Arial" w:hAnsi="Arial"/>
                  <w:sz w:val="20"/>
                </w:rPr>
                <w:t>protocollo@pec.arcea.it</w:t>
              </w:r>
            </w:hyperlink>
            <w:r>
              <w:rPr>
                <w:rFonts w:ascii="Arial" w:hAnsi="Arial"/>
                <w:color w:val="000000"/>
                <w:sz w:val="20"/>
              </w:rPr>
              <w:t xml:space="preserve"> </w:t>
            </w:r>
          </w:p>
        </w:tc>
      </w:tr>
    </w:tbl>
    <w:p w14:paraId="26FC331A" w14:textId="77777777" w:rsidR="00AB60A6" w:rsidRDefault="00AB60A6"/>
    <w:sectPr w:rsidR="00AB60A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952652">
    <w:abstractNumId w:val="8"/>
  </w:num>
  <w:num w:numId="2" w16cid:durableId="310333657">
    <w:abstractNumId w:val="6"/>
  </w:num>
  <w:num w:numId="3" w16cid:durableId="548105323">
    <w:abstractNumId w:val="5"/>
  </w:num>
  <w:num w:numId="4" w16cid:durableId="580601989">
    <w:abstractNumId w:val="4"/>
  </w:num>
  <w:num w:numId="5" w16cid:durableId="722020498">
    <w:abstractNumId w:val="7"/>
  </w:num>
  <w:num w:numId="6" w16cid:durableId="2063599640">
    <w:abstractNumId w:val="3"/>
  </w:num>
  <w:num w:numId="7" w16cid:durableId="1977107483">
    <w:abstractNumId w:val="2"/>
  </w:num>
  <w:num w:numId="8" w16cid:durableId="900604492">
    <w:abstractNumId w:val="1"/>
  </w:num>
  <w:num w:numId="9" w16cid:durableId="149522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416D"/>
    <w:rsid w:val="0015074B"/>
    <w:rsid w:val="0029639D"/>
    <w:rsid w:val="00326F90"/>
    <w:rsid w:val="0041217A"/>
    <w:rsid w:val="00541B38"/>
    <w:rsid w:val="00AA1D8D"/>
    <w:rsid w:val="00AB60A6"/>
    <w:rsid w:val="00B47730"/>
    <w:rsid w:val="00CB0664"/>
    <w:rsid w:val="00D57E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8D533"/>
  <w14:defaultImageDpi w14:val="300"/>
  <w15:docId w15:val="{75487915-CBAD-4444-BE1B-A4423B49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41217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2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@pec.arce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rettore@arce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OP ARCEA</cp:lastModifiedBy>
  <cp:revision>2</cp:revision>
  <dcterms:created xsi:type="dcterms:W3CDTF">2026-07-31T11:46:00Z</dcterms:created>
  <dcterms:modified xsi:type="dcterms:W3CDTF">2026-07-31T11:46:00Z</dcterms:modified>
  <cp:category/>
</cp:coreProperties>
</file>